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Workbook Σύνδεσης</w:t>
      </w:r>
    </w:p>
    <w:p>
      <w:r>
        <w:t>Διαλογισμός Φωτός &amp; Σύνδεσης με την Πηγή</w:t>
      </w:r>
    </w:p>
    <w:p/>
    <w:p>
      <w:r>
        <w:t>Αυτό το workbook είναι μια ήρεμη επιστροφή στο κέντρο σου. Δημιουργήθηκε για να σε βοηθήσει να σταματήσεις για λίγο τον εξωτερικό θόρυβο και να θυμηθείς πως μέσα σου υπάρχει ήδη φως, καθοδήγηση και σύνδεση. Δεν χρειάζεται να γίνεις κάτι άλλο. Χρειάζεται μόνο να θυμηθείς.</w:t>
      </w:r>
    </w:p>
    <w:p/>
    <w:p>
      <w:r>
        <w:t>Μέρος 1</w:t>
      </w:r>
    </w:p>
    <w:p>
      <w:r>
        <w:t>Πώς νιώθω αυτή την περίοδο;</w:t>
      </w:r>
    </w:p>
    <w:p/>
    <w:p>
      <w:r>
        <w:t>Πριν ξεκινήσεις, πάρε μια ανάσα και απάντησε με ειλικρίνεια:</w:t>
      </w:r>
    </w:p>
    <w:p/>
    <w:p>
      <w:r>
        <w:t>Αισθάνομαι συνδεδεμένος/η ή αποκομμένος/η;</w:t>
      </w:r>
    </w:p>
    <w:p>
      <w:r>
        <w:t>Πού νιώθω ότι έχω χάσει το κέντρο μου;</w:t>
      </w:r>
    </w:p>
    <w:p>
      <w:r>
        <w:t>Τι με βαραίνει περισσότερο αυτή την περίοδο;</w:t>
      </w:r>
    </w:p>
    <w:p>
      <w:r>
        <w:t>Τι χρειάζεται η ψυχή μου αυτή τη στιγμή;</w:t>
      </w:r>
    </w:p>
    <w:p/>
    <w:p>
      <w:r>
        <w:t>Γράψε τις απαντήσεις σου:</w:t>
      </w:r>
    </w:p>
    <w:p/>
    <w:p>
      <w:r>
        <w:t>…………………………………………………………..</w:t>
      </w:r>
    </w:p>
    <w:p>
      <w:r>
        <w:t>…………………………………………………………..</w:t>
      </w:r>
    </w:p>
    <w:p>
      <w:r>
        <w:t>…………………………………………………………..</w:t>
      </w:r>
    </w:p>
    <w:p/>
    <w:p>
      <w:r>
        <w:t>Μέρος 2</w:t>
      </w:r>
    </w:p>
    <w:p>
      <w:r>
        <w:t>Τι σημαίνει για μένα η Πηγή;</w:t>
      </w:r>
    </w:p>
    <w:p/>
    <w:p>
      <w:r>
        <w:t>Η Πηγή για τον καθένα μπορεί να έχει διαφορετικό όνομα. Για άλλους είναι ο Θεός, για άλλους το Φως, για άλλους η Αγάπη, η Ανώτερη Νοημοσύνη, η Ζωή ή η Θεία Παρουσία.</w:t>
      </w:r>
    </w:p>
    <w:p/>
    <w:p>
      <w:r>
        <w:t>Για εμένα η Πηγή είναι:</w:t>
      </w:r>
    </w:p>
    <w:p/>
    <w:p>
      <w:r>
        <w:t>…………………………………………………………..</w:t>
      </w:r>
    </w:p>
    <w:p>
      <w:r>
        <w:t>…………………………………………………………..</w:t>
      </w:r>
    </w:p>
    <w:p>
      <w:r>
        <w:t>…………………………………………………………..</w:t>
      </w:r>
    </w:p>
    <w:p/>
    <w:p>
      <w:r>
        <w:t>Όταν νιώθω συνδεδεμένος/η με την Πηγή, αισθάνομαι:</w:t>
      </w:r>
    </w:p>
    <w:p/>
    <w:p>
      <w:r>
        <w:t>…………………………………………………………..</w:t>
      </w:r>
    </w:p>
    <w:p>
      <w:r>
        <w:t>…………………………………………………………..</w:t>
      </w:r>
    </w:p>
    <w:p>
      <w:r>
        <w:t>…………………………………………………………..</w:t>
      </w:r>
    </w:p>
    <w:p/>
    <w:p>
      <w:r>
        <w:t>Μέρος 3</w:t>
      </w:r>
    </w:p>
    <w:p>
      <w:r>
        <w:t>Τι με αποσυνδέει;</w:t>
      </w:r>
    </w:p>
    <w:p/>
    <w:p>
      <w:r>
        <w:t>Μερικές φορές δεν χάνουμε τη σύνδεση επειδή έφυγε το φως, αλλά επειδή γέμισε ο εσωτερικός χώρος με φόβο, υπερένταση, θόρυβο ή αμφιβολία.</w:t>
      </w:r>
    </w:p>
    <w:p/>
    <w:p>
      <w:r>
        <w:t>Γράψε τι σε απομακρύνει πιο συχνά από το κέντρο σου:</w:t>
      </w:r>
    </w:p>
    <w:p/>
    <w:p>
      <w:r>
        <w:t>Φόβος</w:t>
      </w:r>
    </w:p>
    <w:p>
      <w:r>
        <w:t>Ανησυχία</w:t>
      </w:r>
    </w:p>
    <w:p>
      <w:r>
        <w:t>Υπερσκέψη</w:t>
      </w:r>
    </w:p>
    <w:p>
      <w:r>
        <w:t>Κούραση</w:t>
      </w:r>
    </w:p>
    <w:p>
      <w:r>
        <w:t>Τοξικές κουβέντες</w:t>
      </w:r>
    </w:p>
    <w:p>
      <w:r>
        <w:t>Έλλειψη εμπιστοσύνης</w:t>
      </w:r>
    </w:p>
    <w:p>
      <w:r>
        <w:t>Αυτοκριτική</w:t>
      </w:r>
    </w:p>
    <w:p>
      <w:r>
        <w:t>Αρνητικό περιβάλλον</w:t>
      </w:r>
    </w:p>
    <w:p/>
    <w:p>
      <w:r>
        <w:t>Οι δικές μου μεγαλύτερες πηγές αποσύνδεσης είναι:</w:t>
      </w:r>
    </w:p>
    <w:p/>
    <w:p>
      <w:r>
        <w:t>…………………………………………………………..</w:t>
      </w:r>
    </w:p>
    <w:p>
      <w:r>
        <w:t>…………………………………………………………..</w:t>
      </w:r>
    </w:p>
    <w:p>
      <w:r>
        <w:t>…………………………………………………………..</w:t>
      </w:r>
    </w:p>
    <w:p/>
    <w:p>
      <w:r>
        <w:t>Μέρος 4</w:t>
      </w:r>
    </w:p>
    <w:p>
      <w:r>
        <w:t>Τι με επανασυνδέει;</w:t>
      </w:r>
    </w:p>
    <w:p/>
    <w:p>
      <w:r>
        <w:t>Τώρα γράψε τι σε φέρνει πίσω στο φως σου.</w:t>
      </w:r>
    </w:p>
    <w:p/>
    <w:p>
      <w:r>
        <w:t>Αυτό που με επανασυνδέει είναι:</w:t>
      </w:r>
    </w:p>
    <w:p/>
    <w:p>
      <w:r>
        <w:t>…………………………………………………………..</w:t>
      </w:r>
    </w:p>
    <w:p>
      <w:r>
        <w:t>…………………………………………………………..</w:t>
      </w:r>
    </w:p>
    <w:p>
      <w:r>
        <w:t>…………………………………………………………..</w:t>
      </w:r>
    </w:p>
    <w:p/>
    <w:p>
      <w:r>
        <w:t>Μέρος 5</w:t>
      </w:r>
    </w:p>
    <w:p>
      <w:r>
        <w:t>Η καθημερινή μου πρόθεση για 7 ημέρες</w:t>
      </w:r>
    </w:p>
    <w:p/>
    <w:p>
      <w:r>
        <w:t>Ημέρα 1</w:t>
      </w:r>
    </w:p>
    <w:p>
      <w:r>
        <w:t>Πώς ένιωθα πριν: …………………………………………….</w:t>
      </w:r>
    </w:p>
    <w:p>
      <w:r>
        <w:t>Πώς ένιωσα μετά: …………………………………………….</w:t>
      </w:r>
    </w:p>
    <w:p>
      <w:r>
        <w:t>Μήνυμα που πήρα: …………………………………………….</w:t>
      </w:r>
    </w:p>
    <w:p/>
    <w:p>
      <w:r>
        <w:t>Ημέρα 2</w:t>
      </w:r>
    </w:p>
    <w:p>
      <w:r>
        <w:t>Πώς ένιωθα πριν: …………………………………………….</w:t>
      </w:r>
    </w:p>
    <w:p>
      <w:r>
        <w:t>Πώς ένιωσα μετά: …………………………………………….</w:t>
      </w:r>
    </w:p>
    <w:p>
      <w:r>
        <w:t>Μήνυμα που πήρα: …………………………………………….</w:t>
      </w:r>
    </w:p>
    <w:p/>
    <w:p>
      <w:r>
        <w:t>Ημέρα 3</w:t>
      </w:r>
    </w:p>
    <w:p>
      <w:r>
        <w:t>Πώς ένιωθα πριν: …………………………………………….</w:t>
      </w:r>
    </w:p>
    <w:p>
      <w:r>
        <w:t>Πώς ένιωσα μετά: …………………………………………….</w:t>
      </w:r>
    </w:p>
    <w:p>
      <w:r>
        <w:t>Μήνυμα που πήρα: …………………………………………….</w:t>
      </w:r>
    </w:p>
    <w:p/>
    <w:p>
      <w:r>
        <w:t>Ημέρα 4</w:t>
      </w:r>
    </w:p>
    <w:p>
      <w:r>
        <w:t>Πώς ένιωθα πριν: …………………………………………….</w:t>
      </w:r>
    </w:p>
    <w:p>
      <w:r>
        <w:t>Πώς ένιωσα μετά: …………………………………………….</w:t>
      </w:r>
    </w:p>
    <w:p>
      <w:r>
        <w:t>Μήνυμα που πήρα: …………………………………………….</w:t>
      </w:r>
    </w:p>
    <w:p/>
    <w:p>
      <w:r>
        <w:t>Ημέρα 5</w:t>
      </w:r>
    </w:p>
    <w:p>
      <w:r>
        <w:t>Πώς ένιωθα πριν: …………………………………………….</w:t>
      </w:r>
    </w:p>
    <w:p>
      <w:r>
        <w:t>Πώς ένιωσα μετά: …………………………………………….</w:t>
      </w:r>
    </w:p>
    <w:p>
      <w:r>
        <w:t>Μήνυμα που πήρα: …………………………………………….</w:t>
      </w:r>
    </w:p>
    <w:p/>
    <w:p>
      <w:r>
        <w:t>Ημέρα 6</w:t>
      </w:r>
    </w:p>
    <w:p>
      <w:r>
        <w:t>Πώς ένιωθα πριν: …………………………………………….</w:t>
      </w:r>
    </w:p>
    <w:p>
      <w:r>
        <w:t>Πώς ένιωσα μετά: …………………………………………….</w:t>
      </w:r>
    </w:p>
    <w:p>
      <w:r>
        <w:t>Μήνυμα που πήρα: …………………………………………….</w:t>
      </w:r>
    </w:p>
    <w:p/>
    <w:p>
      <w:r>
        <w:t>Ημέρα 7</w:t>
      </w:r>
    </w:p>
    <w:p>
      <w:r>
        <w:t>Πώς ένιωθα πριν: …………………………………………….</w:t>
      </w:r>
    </w:p>
    <w:p>
      <w:r>
        <w:t>Πώς ένιωσα μετά: …………………………………………….</w:t>
      </w:r>
    </w:p>
    <w:p>
      <w:r>
        <w:t>Μήνυμα που πήρα: …………………………………………….</w:t>
      </w:r>
    </w:p>
    <w:p/>
    <w:p>
      <w:r>
        <w:t>Μέρος 6</w:t>
      </w:r>
    </w:p>
    <w:p>
      <w:r>
        <w:t>Δηλώσεις φωτός</w:t>
      </w:r>
    </w:p>
    <w:p/>
    <w:p>
      <w:r>
        <w:t>Είμαι Φως</w:t>
      </w:r>
    </w:p>
    <w:p>
      <w:r>
        <w:t>Είμαι ασφαλής μέσα στο Φως</w:t>
      </w:r>
    </w:p>
    <w:p>
      <w:r>
        <w:t>Η Πηγή με καθοδηγεί</w:t>
      </w:r>
    </w:p>
    <w:p>
      <w:r>
        <w:t>Δεν είμαι μόνος/η</w:t>
      </w:r>
    </w:p>
    <w:p>
      <w:r>
        <w:t>Θυμάμαι ποιος/ποια είμαι</w:t>
      </w:r>
    </w:p>
    <w:p>
      <w:r>
        <w:t>Αναπνέω και επιστρέφω στο κέντρο μου</w:t>
      </w:r>
    </w:p>
    <w:p>
      <w:r>
        <w:t>Το σώμα μου χαλαρώνει και το φως ρέει μέσα μου</w:t>
      </w:r>
    </w:p>
    <w:p/>
    <w:p>
      <w:r>
        <w:t>Γράψε εδώ τις 3 δηλώσεις που θέλεις να κρατήσεις:</w:t>
      </w:r>
    </w:p>
    <w:p>
      <w:r>
        <w:t>1. ……………………………………………………..</w:t>
      </w:r>
    </w:p>
    <w:p>
      <w:r>
        <w:t>2. ……………………………………………………..</w:t>
      </w:r>
    </w:p>
    <w:p>
      <w:r>
        <w:t>3. ……………………………………………………..</w:t>
      </w:r>
    </w:p>
    <w:p/>
    <w:p>
      <w:r>
        <w:t>Μέρος 7</w:t>
      </w:r>
    </w:p>
    <w:p>
      <w:r>
        <w:t>Τι θέλω να θυμάμαι από εδώ και πέρα</w:t>
      </w:r>
    </w:p>
    <w:p/>
    <w:p>
      <w:r>
        <w:t>Όταν φοβάμαι, θέλω να θυμάμαι ότι…</w:t>
      </w:r>
    </w:p>
    <w:p>
      <w:r>
        <w:t>…………………………………………………………..</w:t>
      </w:r>
    </w:p>
    <w:p/>
    <w:p>
      <w:r>
        <w:t>Όταν χάνω το κέντρο μου, μπορώ να…</w:t>
      </w:r>
    </w:p>
    <w:p>
      <w:r>
        <w:t>…………………………………………………………..</w:t>
      </w:r>
    </w:p>
    <w:p/>
    <w:p>
      <w:r>
        <w:t>Η αλήθεια της ψυχής μου είναι ότι…</w:t>
      </w:r>
    </w:p>
    <w:p>
      <w:r>
        <w:t>…………………………………………………………..</w:t>
      </w:r>
    </w:p>
    <w:p/>
    <w:p>
      <w:r>
        <w:t>Κλείσιμο</w:t>
      </w:r>
    </w:p>
    <w:p/>
    <w:p>
      <w:r>
        <w:t>Είμαι Φως.</w:t>
      </w:r>
    </w:p>
    <w:p>
      <w:r>
        <w:t>Είμαι Συνδεδεμένος/η με την Πηγή.</w:t>
      </w:r>
    </w:p>
    <w:p>
      <w:r>
        <w:t>Επιστρέφω στον εαυτό μου με αγάπη, εμπιστοσύνη και παρουσία.</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