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Workbook Ενεργοποίησης</w:t>
      </w:r>
    </w:p>
    <w:p>
      <w:r>
        <w:t>Τα Χέρια μου είναι Πύλη Αφθονίας</w:t>
      </w:r>
    </w:p>
    <w:p/>
    <w:p>
      <w:r>
        <w:t>Τα χέρια σου δεν είναι μόνο εργαλεία δράσης. Είναι φορείς πρόθεσης. Μέσα από αυτά δίνεις, λαμβάνεις, δημιουργείς, αγγίζεις, ευλογείς, στηρίζεις και εκφράζεις την ενέργειά σου στον κόσμο. Αυτό το workbook δημιουργήθηκε για να σε βοηθήσει να συνδεθείς συνειδητά με τη δύναμη των χεριών σου και να επιτρέψεις στην αφθονία να περνά μέσα από εσένα με καθαρότητα.</w:t>
      </w:r>
    </w:p>
    <w:p/>
    <w:p>
      <w:r>
        <w:t>Μέρος 1</w:t>
      </w:r>
    </w:p>
    <w:p>
      <w:r>
        <w:t>Σύνδεση με τα χέρια μου</w:t>
      </w:r>
    </w:p>
    <w:p/>
    <w:p>
      <w:r>
        <w:t>Κλείσε για λίγο τα μάτια σου και παρατήρησε τα χέρια σου.</w:t>
      </w:r>
    </w:p>
    <w:p>
      <w:r>
        <w:t>Ρώτησε τον εαυτό σου:</w:t>
      </w:r>
    </w:p>
    <w:p/>
    <w:p>
      <w:r>
        <w:t>Τι έχω δημιουργήσει μέχρι σήμερα με τα χέρια μου;</w:t>
      </w:r>
    </w:p>
    <w:p>
      <w:r>
        <w:t>Πώς αγγίζω τη ζωή;</w:t>
      </w:r>
    </w:p>
    <w:p>
      <w:r>
        <w:t>Δίνω με χαρά ή με πίεση;</w:t>
      </w:r>
    </w:p>
    <w:p>
      <w:r>
        <w:t>Λαμβάνω με άνεση ή με ενοχή;</w:t>
      </w:r>
    </w:p>
    <w:p>
      <w:r>
        <w:t>Εμπιστεύομαι ότι μπορώ να κρατήσω περισσότερη αφθονία στη ζωή μου;</w:t>
      </w:r>
    </w:p>
    <w:p/>
    <w:p>
      <w:r>
        <w:t>Γράψε ελεύθερα τις απαντήσεις σου:</w:t>
      </w:r>
    </w:p>
    <w:p/>
    <w:p>
      <w:r>
        <w:t>…………………………………………………………..</w:t>
      </w:r>
    </w:p>
    <w:p>
      <w:r>
        <w:t>…………………………………………………………..</w:t>
      </w:r>
    </w:p>
    <w:p>
      <w:r>
        <w:t>…………………………………………………………..</w:t>
      </w:r>
    </w:p>
    <w:p/>
    <w:p>
      <w:r>
        <w:t>Μέρος 2</w:t>
      </w:r>
    </w:p>
    <w:p>
      <w:r>
        <w:t>Οι παλιές πεποιθήσεις που κουβαλάω</w:t>
      </w:r>
    </w:p>
    <w:p/>
    <w:p>
      <w:r>
        <w:t>Πολλές φορές η αφθονία δεν μπλοκάρεται επειδή δεν έρχεται, αλλά επειδή μέσα μας υπάρχουν παλιά προγράμματα γύρω από το χρήμα, την αξία και το δικαίωμα στο να λάβουμε.</w:t>
      </w:r>
    </w:p>
    <w:p/>
    <w:p>
      <w:r>
        <w:t>Σημείωσε ποιες από τις παρακάτω φράσεις έχεις νιώσει κάποια στιγμή δικές σου:</w:t>
      </w:r>
    </w:p>
    <w:p/>
    <w:p>
      <w:r>
        <w:t>Το χρήμα έρχεται δύσκολα</w:t>
      </w:r>
    </w:p>
    <w:p>
      <w:r>
        <w:t>Πρέπει να κουραστώ πολύ για να αξίζω</w:t>
      </w:r>
    </w:p>
    <w:p>
      <w:r>
        <w:t>Δεν είναι ασφαλές να έχω πολλά</w:t>
      </w:r>
    </w:p>
    <w:p>
      <w:r>
        <w:t>Όταν έχω πολλά, οι άλλοι με ζηλεύουν</w:t>
      </w:r>
    </w:p>
    <w:p>
      <w:r>
        <w:t>Δεν ξέρω να κρατάω την αφθονία</w:t>
      </w:r>
    </w:p>
    <w:p>
      <w:r>
        <w:t>Δίνω εύκολα αλλά δυσκολεύομαι να λάβω</w:t>
      </w:r>
    </w:p>
    <w:p/>
    <w:p>
      <w:r>
        <w:t>Τώρα γράψε τις δικές σου προσωπικές πεποιθήσεις:</w:t>
      </w:r>
    </w:p>
    <w:p/>
    <w:p>
      <w:r>
        <w:t>…………………………………………………………..</w:t>
      </w:r>
    </w:p>
    <w:p>
      <w:r>
        <w:t>…………………………………………………………..</w:t>
      </w:r>
    </w:p>
    <w:p>
      <w:r>
        <w:t>…………………………………………………………..</w:t>
      </w:r>
    </w:p>
    <w:p/>
    <w:p>
      <w:r>
        <w:t>Μέρος 3</w:t>
      </w:r>
    </w:p>
    <w:p>
      <w:r>
        <w:t>Νέα ενεργειακή δήλωση</w:t>
      </w:r>
    </w:p>
    <w:p/>
    <w:p>
      <w:r>
        <w:t>Τώρα επίλεξε νέες δηλώσεις που θέλεις να εγκαταστήσεις μέσα σου. Μπορείς να χρησιμοποιήσεις τις παρακάτω ή να γράψεις τις δικές σου.</w:t>
      </w:r>
    </w:p>
    <w:p/>
    <w:p>
      <w:r>
        <w:t>Είναι ασφαλές να λαμβάνω</w:t>
      </w:r>
    </w:p>
    <w:p>
      <w:r>
        <w:t>Η αφθονία περνά μέσα από εμένα με καθαρότητα</w:t>
      </w:r>
    </w:p>
    <w:p>
      <w:r>
        <w:t>Τα χέρια μου δημιουργούν αξία</w:t>
      </w:r>
    </w:p>
    <w:p>
      <w:r>
        <w:t>Αξίζω να λαμβάνω χωρίς φόβο</w:t>
      </w:r>
    </w:p>
    <w:p>
      <w:r>
        <w:t>Μπορώ να κρατώ πλούτο, αγάπη και ευλογία</w:t>
      </w:r>
    </w:p>
    <w:p>
      <w:r>
        <w:t>Η πρόθεσή μου γίνεται ύλη</w:t>
      </w:r>
    </w:p>
    <w:p/>
    <w:p>
      <w:r>
        <w:t>Γράψε εδώ τις 3 φράσεις που θέλεις να λες καθημερινά:</w:t>
      </w:r>
    </w:p>
    <w:p>
      <w:r>
        <w:t>1. ……………………………………………………..</w:t>
      </w:r>
    </w:p>
    <w:p>
      <w:r>
        <w:t>2. ……………………………………………………..</w:t>
      </w:r>
    </w:p>
    <w:p>
      <w:r>
        <w:t>3. ……………………………………………………..</w:t>
      </w:r>
    </w:p>
    <w:p/>
    <w:p>
      <w:r>
        <w:t>Μέρος 4</w:t>
      </w:r>
    </w:p>
    <w:p>
      <w:r>
        <w:t>Πρακτική 3 λεπτών με τα χέρια</w:t>
      </w:r>
    </w:p>
    <w:p/>
    <w:p>
      <w:r>
        <w:t>Τοποθέτησε τις παλάμες σου μπροστά από την καρδιά σου.</w:t>
      </w:r>
    </w:p>
    <w:p>
      <w:r>
        <w:t>Τρίψε απαλά τα χέρια μεταξύ τους.</w:t>
      </w:r>
    </w:p>
    <w:p>
      <w:r>
        <w:t>Νιώσε ότι ενεργοποιείς θερμότητα, ζωή και ροή.</w:t>
      </w:r>
    </w:p>
    <w:p>
      <w:r>
        <w:t>Έπειτα άνοιξε τις παλάμες προς τα πάνω και πες:</w:t>
      </w:r>
    </w:p>
    <w:p/>
    <w:p>
      <w:r>
        <w:t>Είμαι ανοιχτή να λάβω.</w:t>
      </w:r>
    </w:p>
    <w:p>
      <w:r>
        <w:t>Τα χέρια μου είναι πύλη αφθονίας.</w:t>
      </w:r>
    </w:p>
    <w:p>
      <w:r>
        <w:t>Δημιουργώ με φως.</w:t>
      </w:r>
    </w:p>
    <w:p>
      <w:r>
        <w:t>Λαμβάνω με εμπιστοσύνη.</w:t>
      </w:r>
    </w:p>
    <w:p/>
    <w:p>
      <w:r>
        <w:t>Μετά την πρακτική, γράψε τι ένιωσες:</w:t>
      </w:r>
    </w:p>
    <w:p/>
    <w:p>
      <w:r>
        <w:t>…………………………………………………………..</w:t>
      </w:r>
    </w:p>
    <w:p>
      <w:r>
        <w:t>…………………………………………………………..</w:t>
      </w:r>
    </w:p>
    <w:p>
      <w:r>
        <w:t>…………………………………………………………..</w:t>
      </w:r>
    </w:p>
    <w:p/>
    <w:p>
      <w:r>
        <w:t>Μέρος 5</w:t>
      </w:r>
    </w:p>
    <w:p>
      <w:r>
        <w:t>Πού θέλω να κατευθύνω την αφθονία μου</w:t>
      </w:r>
    </w:p>
    <w:p/>
    <w:p>
      <w:r>
        <w:t>Η αφθονία χρειάζεται καθαρή κατεύθυνση. Δεν είναι μόνο να έρθει. Είναι και να ξέρεις πού θέλεις να πάει.</w:t>
      </w:r>
    </w:p>
    <w:p/>
    <w:p>
      <w:r>
        <w:t>Θέλω περισσότερη αφθονία σε:</w:t>
      </w:r>
    </w:p>
    <w:p/>
    <w:p>
      <w:r>
        <w:t>Οικονομικά</w:t>
      </w:r>
    </w:p>
    <w:p>
      <w:r>
        <w:t>Σχέσεις</w:t>
      </w:r>
    </w:p>
    <w:p>
      <w:r>
        <w:t>Υγεία</w:t>
      </w:r>
    </w:p>
    <w:p>
      <w:r>
        <w:t>Έμπνευση</w:t>
      </w:r>
    </w:p>
    <w:p>
      <w:r>
        <w:t>Εργασία</w:t>
      </w:r>
    </w:p>
    <w:p>
      <w:r>
        <w:t>Εσωτερική ειρήνη</w:t>
      </w:r>
    </w:p>
    <w:p/>
    <w:p>
      <w:r>
        <w:t>Γράψε σε ποιους τομείς θέλεις να ανοίξει τώρα η ροή:</w:t>
      </w:r>
    </w:p>
    <w:p/>
    <w:p>
      <w:r>
        <w:t>…………………………………………………………..</w:t>
      </w:r>
    </w:p>
    <w:p>
      <w:r>
        <w:t>…………………………………………………………..</w:t>
      </w:r>
    </w:p>
    <w:p>
      <w:r>
        <w:t>…………………………………………………………..</w:t>
      </w:r>
    </w:p>
    <w:p/>
    <w:p>
      <w:r>
        <w:t>Μέρος 6</w:t>
      </w:r>
    </w:p>
    <w:p>
      <w:r>
        <w:t>Τελική ενεργοποίηση</w:t>
      </w:r>
    </w:p>
    <w:p/>
    <w:p>
      <w:r>
        <w:t>Βάλε τα χέρια πάνω στην καρδιά σου και ολοκλήρωσε τη φράση:</w:t>
      </w:r>
    </w:p>
    <w:p/>
    <w:p>
      <w:r>
        <w:t>Επιτρέπω στα χέρια μου να γίνουν πύλη αφθονίας γιατί…</w:t>
      </w:r>
    </w:p>
    <w:p/>
    <w:p>
      <w:r>
        <w:t>…………………………………………………………..</w:t>
      </w:r>
    </w:p>
    <w:p>
      <w:r>
        <w:t>…………………………………………………………..</w:t>
      </w:r>
    </w:p>
    <w:p>
      <w:r>
        <w:t>…………………………………………………………..</w:t>
      </w:r>
    </w:p>
    <w:p/>
    <w:p>
      <w:r>
        <w:t>Κλείσιμο:</w:t>
      </w:r>
    </w:p>
    <w:p/>
    <w:p>
      <w:r>
        <w:t>Τα χέρια μου ευλογούν.</w:t>
      </w:r>
    </w:p>
    <w:p>
      <w:r>
        <w:t>Τα χέρια μου δημιουργούν.</w:t>
      </w:r>
    </w:p>
    <w:p>
      <w:r>
        <w:t>Τα χέρια μου λαμβάνουν.</w:t>
      </w:r>
    </w:p>
    <w:p>
      <w:r>
        <w:t>Τα χέρια μου είναι πύλη αφθονίας.</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